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14.11.2020 lauantai</w:t>
      </w:r>
    </w:p>
    <w:p>
      <w:pPr>
        <w:pStyle w:val="Heading1"/>
      </w:pPr>
      <w:r>
        <w:t>14.11.2020-19.11.2020</w:t>
      </w:r>
    </w:p>
    <w:p>
      <w:pPr>
        <w:pStyle w:val="Heading2"/>
      </w:pPr>
      <w:r>
        <w:t>13:00-17:00 Kaislikossa suhisee</w:t>
      </w:r>
    </w:p>
    <w:p>
      <w:r>
        <w:t>Mäntyharjun lasten teatteri esittää:</w:t>
        <w:br/>
        <w:br/>
        <w:br/>
        <w:br/>
        <w:t>KAISLIKOSSA SUHISEE</w:t>
        <w:br/>
        <w:br/>
        <w:br/>
        <w:br/>
        <w:br/>
        <w:br/>
        <w:t>Myyrä kyllästyy kevätsiivoukseen ja päättää lähteä tutkimaan maailmaa. Joella hän ...</w:t>
      </w:r>
    </w:p>
    <w:p>
      <w:r>
        <w:t>8 euroa, liput ovelta puoli tuntia ennen näytöksen alkua.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