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6.12.2020 sunnuntai</w:t>
      </w:r>
    </w:p>
    <w:p>
      <w:pPr>
        <w:pStyle w:val="Heading1"/>
      </w:pPr>
      <w:r>
        <w:t>6.12.2020 sunnuntai</w:t>
      </w:r>
    </w:p>
    <w:p>
      <w:pPr>
        <w:pStyle w:val="Heading2"/>
      </w:pPr>
      <w:r>
        <w:t>09:00-11:30 PERUTTU Itsenäisyyspäivän juhlallisuudet</w:t>
      </w:r>
    </w:p>
    <w:p>
      <w:r>
        <w:t>klo 9.00 Lipunnosto Veteraanipuistossa (Varsitie 1-3)</w:t>
        <w:br/>
        <w:br/>
        <w:t>Mukana Mäntyharjun Laulu-Sepot</w:t>
        <w:br/>
        <w:br/>
        <w:br/>
        <w:br/>
        <w:t>klo 10.00 Itsenäisyyspäivän ja II adventin messu Mäntyharj...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