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30.8.2020 sunnuntai</w:t>
      </w:r>
    </w:p>
    <w:p>
      <w:pPr>
        <w:pStyle w:val="Heading1"/>
      </w:pPr>
      <w:r>
        <w:t>30.8.2020 sunnuntai</w:t>
      </w:r>
    </w:p>
    <w:p>
      <w:pPr>
        <w:pStyle w:val="Heading2"/>
      </w:pPr>
      <w:r>
        <w:t>14:00-16:00 Sain Sateenkaaresta Otteen</w:t>
      </w:r>
    </w:p>
    <w:p>
      <w:r>
        <w:t>Kansalaisopiston kirjoittamis- ja esiintymiskurssin runoryhmä esittää 30.8.2020 klo 14 Pappilanparven kesäteatterissa (sateen sattuessa Iso-Pappila...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