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19.8.2020 keskiviikko</w:t>
      </w:r>
    </w:p>
    <w:p>
      <w:pPr>
        <w:pStyle w:val="Heading1"/>
      </w:pPr>
      <w:r>
        <w:t>19.8.2020-30.8.2020</w:t>
      </w:r>
    </w:p>
    <w:p>
      <w:pPr>
        <w:pStyle w:val="Heading2"/>
      </w:pPr>
      <w:r>
        <w:t>10:00-17:00 Kauneimmat koulutaulut ja muita koulumuistoja -näyttely</w:t>
      </w:r>
    </w:p>
    <w:p>
      <w:r>
        <w:t>Kauneimmat koulutaulut ja muita koulumuistoja -näyttely esittelee Mäntyharjun museon kokoelmissa olevia opetustauluja.</w:t>
        <w:br/>
        <w:br/>
        <w:br/>
        <w:br/>
        <w:t>Koulutauluja käytettiin 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