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12.9.2020 lauantai</w:t>
      </w:r>
    </w:p>
    <w:p>
      <w:pPr>
        <w:pStyle w:val="Heading1"/>
      </w:pPr>
      <w:r>
        <w:t>12.9.2020 lauantai</w:t>
      </w:r>
    </w:p>
    <w:p>
      <w:pPr>
        <w:pStyle w:val="Heading2"/>
      </w:pPr>
      <w:r>
        <w:t>08:00-21:00 MRM2020 Polkujuoksu</w:t>
      </w:r>
    </w:p>
    <w:p>
      <w:r>
        <w:t>Polkujuoksutapahtuma jonka reitti kulkee: Mäntyharju-Repovesi vaellusreittiä, metsäpolkuja ja hiekkateitä pitkin. Matkat 14km, 45km ja 77km.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