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15.9.2020 tiistai</w:t>
      </w:r>
    </w:p>
    <w:p>
      <w:pPr>
        <w:pStyle w:val="Heading1"/>
      </w:pPr>
      <w:r>
        <w:t>15.9.2020 tiistai</w:t>
      </w:r>
    </w:p>
    <w:p>
      <w:pPr>
        <w:pStyle w:val="Heading2"/>
      </w:pPr>
      <w:r>
        <w:t>18:30-19:30 Ad lucem - urkukonsertti</w:t>
      </w:r>
    </w:p>
    <w:p>
      <w:r>
        <w:t>Eero Kantola, urut. Kutsutaan erityisesti kirkon sisäremontin aikana hautaan siunattujen läheisiä. Säveltäjäniminä mm. Kantola, Lindberg, Rachmanin...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