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Mäntymotelli</w:t>
      </w:r>
    </w:p>
    <w:p>
      <w:r>
        <w:t>12.9.2020 lauantai</w:t>
      </w:r>
    </w:p>
    <w:p>
      <w:pPr>
        <w:pStyle w:val="Heading1"/>
      </w:pPr>
      <w:r>
        <w:t>12.9.2020-20.9.2020</w:t>
      </w:r>
    </w:p>
    <w:p>
      <w:pPr>
        <w:pStyle w:val="Heading2"/>
      </w:pPr>
      <w:r>
        <w:t>20:00-23:00 Hannu Auvinen Group</w:t>
      </w:r>
    </w:p>
    <w:p>
      <w:r>
        <w:t>Mäntymotellissa (Mäntyharju) tanssitaan jälleen! 🎶🎹🥁</w:t>
        <w:br/>
        <w:br/>
        <w:t>Mahtavan kokoisella, maankuuluksi tulleella tanssiparketilla karkeloidaan perinteisesti suosi...</w:t>
      </w:r>
    </w:p>
    <w:p>
      <w:r>
        <w:t>10 Euro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