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Mäntymotelli</w:t>
      </w:r>
    </w:p>
    <w:p>
      <w:r>
        <w:t>24.9.2020 torstai</w:t>
      </w:r>
    </w:p>
    <w:p>
      <w:pPr>
        <w:pStyle w:val="Heading1"/>
      </w:pPr>
      <w:r>
        <w:t>24.9.2020 torstai</w:t>
      </w:r>
    </w:p>
    <w:p>
      <w:pPr>
        <w:pStyle w:val="Heading2"/>
      </w:pPr>
      <w:r>
        <w:t>12:00-12:00 Jannu Löyskä &amp; Volunteers konsertti</w:t>
      </w:r>
    </w:p>
    <w:p>
      <w:r>
        <w:t>Syyskuun lopussa Jannu ja hänen loistava ryhmä palaavat taas lavallemme. Bändi aikoo soittaa klassisia suomalaisia ​​hittejä sekä kansainvälisiä. K...</w:t>
      </w:r>
    </w:p>
    <w:p>
      <w:r>
        <w:t>10 Euro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