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Haajalantie, 52740 Tuustaipale</w:t>
      </w:r>
    </w:p>
    <w:p>
      <w:r>
        <w:t>12.9.2020 lauantai</w:t>
      </w:r>
    </w:p>
    <w:p>
      <w:pPr>
        <w:pStyle w:val="Heading1"/>
      </w:pPr>
      <w:r>
        <w:t>12.9.2020 lauantai</w:t>
      </w:r>
    </w:p>
    <w:p>
      <w:pPr>
        <w:pStyle w:val="Heading2"/>
      </w:pPr>
      <w:r>
        <w:t>11:00-15:00 Elonkorjuu-tapahtuma</w:t>
      </w:r>
    </w:p>
    <w:p>
      <w:r>
        <w:t>Elonkorjuu-tapahtuma järjestetään 12.9.2020 klo 11-15 paikassa: Haajalantie, 52740 Tuustaipale. Pellolla on tarkoitus puida kauraa monen eri vuosik...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