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maamiesseurantalo</w:t>
      </w:r>
    </w:p>
    <w:p>
      <w:r>
        <w:t>30.9.2020 keskiviikko</w:t>
      </w:r>
    </w:p>
    <w:p>
      <w:pPr>
        <w:pStyle w:val="Heading1"/>
      </w:pPr>
      <w:r>
        <w:t>30.9.2020 keskiviikko</w:t>
      </w:r>
    </w:p>
    <w:p>
      <w:pPr>
        <w:pStyle w:val="Heading2"/>
      </w:pPr>
      <w:r>
        <w:t>11:00-12:00 Sikakaalitapahtuma</w:t>
      </w:r>
    </w:p>
    <w:p>
      <w:r>
        <w:t>Perinteiseen tapaan keitetty sikakaalikeitto nautitan hyvässä seurassa. Yhteislaulua ja arvontaa  ym muuta ohjelmaa. Kahvia ja puolukkapiirakkaa ja...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