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16.9.2020 keskiviikko</w:t>
      </w:r>
    </w:p>
    <w:p>
      <w:pPr>
        <w:pStyle w:val="Heading1"/>
      </w:pPr>
      <w:r>
        <w:t>16.9.2020 keskiviikko</w:t>
      </w:r>
    </w:p>
    <w:p>
      <w:pPr>
        <w:pStyle w:val="Heading2"/>
      </w:pPr>
      <w:r>
        <w:t>18:00-19:00 Kansanmusiikkiliiton kiertue: LempiLempi</w:t>
      </w:r>
    </w:p>
    <w:p>
      <w:r>
        <w:t>Kansanmusiikkiliiton kiertueella LempiLempi</w:t>
        <w:br/>
        <w:br/>
        <w:br/>
        <w:br/>
        <w:t>Päivi Hirvonen: viulu, laulu ja jouhikko</w:t>
        <w:br/>
        <w:br/>
        <w:t>Tero Pajunen: kitara, laulu ja oktaaviviulu</w:t>
        <w:br/>
        <w:br/>
        <w:br/>
        <w:br/>
        <w:t>LempiLempi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