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Lukion biologian luokka lk 187 (1.krs.). Kompantie 22.</w:t>
      </w:r>
    </w:p>
    <w:p>
      <w:r>
        <w:t>11.11.2020 keskiviikko</w:t>
      </w:r>
    </w:p>
    <w:p>
      <w:pPr>
        <w:pStyle w:val="Heading1"/>
      </w:pPr>
      <w:r>
        <w:t>11.11.2020 keskiviikko</w:t>
      </w:r>
    </w:p>
    <w:p>
      <w:pPr>
        <w:pStyle w:val="Heading2"/>
      </w:pPr>
      <w:r>
        <w:t>16:00-17:30 Lukupiiri (lukiolla): aiheena Sirpa Kähkösen Kuopio-sarjan teokset / muu tuotanto</w:t>
      </w:r>
    </w:p>
    <w:p>
      <w:r>
        <w:t>Tänä vuonna lukupiiri on osa kansalaisopiston toimintaa. Mikäli haluat mukaan lukupiiriin, ilmoittauduthan kurssille etukäteen täällä: https://opis...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