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8.10.2020 torstai</w:t>
      </w:r>
    </w:p>
    <w:p>
      <w:pPr>
        <w:pStyle w:val="Heading1"/>
      </w:pPr>
      <w:r>
        <w:t>8.10.2020 torstai</w:t>
      </w:r>
    </w:p>
    <w:p>
      <w:pPr>
        <w:pStyle w:val="Heading2"/>
      </w:pPr>
      <w:r>
        <w:t>13:00-14:30 Hautausmaakierros</w:t>
      </w:r>
    </w:p>
    <w:p>
      <w:r>
        <w:t>Tutustutaan Mäntyharjun kirkon hautausmaihin ja kuullaan</w:t>
        <w:br/>
        <w:br/>
        <w:t>Mäntyharjun historiasta moniulotteisesti. Oppaina Heikki Koljonen ja Anja Aaltonen. Lähtö...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