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 Mäntyharjun Urheilupuisto</w:t>
      </w:r>
    </w:p>
    <w:p>
      <w:r>
        <w:t>21.6.2021 maanantai</w:t>
      </w:r>
    </w:p>
    <w:p>
      <w:pPr>
        <w:pStyle w:val="Heading1"/>
      </w:pPr>
      <w:r>
        <w:t>21.6.2021 maanantai</w:t>
      </w:r>
    </w:p>
    <w:p>
      <w:pPr>
        <w:pStyle w:val="Heading2"/>
      </w:pPr>
      <w:r>
        <w:t>17:10-18:00 Kahvakuula</w:t>
      </w:r>
    </w:p>
    <w:p>
      <w:r>
        <w:t xml:space="preserve">Kahvakuula alkaen ma 24.5. klo 17.10-18  Mäntyharjun Urheilupuistossa. </w:t>
      </w:r>
    </w:p>
    <w:p>
      <w:r>
        <w:t xml:space="preserve">Kertamaksu </w:t>
        <w:br/>
        <w:br/>
        <w:t>Aikuiset: 6 €/9 €  (jäsen/muut)</w:t>
        <w:br/>
        <w:t>Nuori (13-18 v.): 4 €/7 €  (jäsen/muut)</w:t>
        <w:br/>
        <w:br/>
        <w:t xml:space="preserve">10-kortti </w:t>
        <w:br/>
        <w:br/>
        <w:t>Aikuinen: 49 €</w:t>
        <w:br/>
        <w:t>Eläkeläinen: 45 €</w:t>
        <w:br/>
        <w:t>Nuori (13-18 v.): 35 €</w:t>
        <w:br/>
        <w:br/>
        <w:t>Meillä voit maksaa myös MobilePaylla, ePassilla, Edenredillä, Eazybreakilla ja Smartumilla.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