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3.7.2021 lauantai</w:t>
      </w:r>
    </w:p>
    <w:p>
      <w:pPr>
        <w:pStyle w:val="Heading1"/>
      </w:pPr>
      <w:r>
        <w:t>3.7.2021 lauantai</w:t>
      </w:r>
    </w:p>
    <w:p>
      <w:pPr>
        <w:pStyle w:val="Heading2"/>
      </w:pPr>
      <w:r>
        <w:t>13:00-16:00 Kenttälinnoitus-näyttely ja tutustuminen linnoituksiin</w:t>
      </w:r>
    </w:p>
    <w:p>
      <w:r>
        <w:t>Alhon kotimuseolla, Miekankoskella esittelemme tänä kesänä Ensimmäisen maailmansodan aikaisia kenttälinnoituksia.</w:t>
      </w:r>
    </w:p>
    <w:p>
      <w:r>
        <w:t xml:space="preserve">Näyttely ja linnoitusretki 12 €/ hlö, </w:t>
        <w:tab/>
        <w:tab/>
        <w:tab/>
        <w:t xml:space="preserve">                                                   </w:t>
        <w:br/>
        <w:t xml:space="preserve">Näyttely ja kotimuseoesittely 8 €/ hlö. Alle 12 v ei maksua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