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Vola-Golf</w:t>
      </w:r>
    </w:p>
    <w:p>
      <w:r>
        <w:t>19.6.2021 lauantai</w:t>
      </w:r>
    </w:p>
    <w:p>
      <w:pPr>
        <w:pStyle w:val="Heading1"/>
      </w:pPr>
      <w:r>
        <w:t>19.6.2021 lauantai</w:t>
      </w:r>
    </w:p>
    <w:p>
      <w:pPr>
        <w:pStyle w:val="Heading2"/>
      </w:pPr>
      <w:r>
        <w:t>09:00-16:00 Vola-Golf 10 v. synttärit</w:t>
      </w:r>
    </w:p>
    <w:p>
      <w:r>
        <w:t>Vola-golfin 10 v. synttärit. Tapahtumapäivän ohjelmassa mm. kilpailuja, opetusta, mailatestausta ja tarjoiluja eli tiedossa hauska päivä golfin parissa.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