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20.6.2021 sunnuntai</w:t>
      </w:r>
    </w:p>
    <w:p>
      <w:pPr>
        <w:pStyle w:val="Heading1"/>
      </w:pPr>
      <w:r>
        <w:t>20.6.2021 sunnuntai</w:t>
      </w:r>
    </w:p>
    <w:p>
      <w:pPr>
        <w:pStyle w:val="Heading2"/>
      </w:pPr>
      <w:r>
        <w:t>14:00-17:00 Mäntyharjun museon avajaiset</w:t>
      </w:r>
    </w:p>
    <w:p>
      <w:r>
        <w:t>Mäntyharjun museon avajaisia vietetään su 20.6. klo 14 alkaen.</w:t>
      </w:r>
    </w:p>
    <w:p>
      <w:r>
        <w:t>Museon pääsyliput 5/3 €, alle 18-vuotiaat veloituksetta. Meillä käy museokortti!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