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Tuustaipaleentie 720</w:t>
      </w:r>
    </w:p>
    <w:p>
      <w:r>
        <w:t>21.8.2021 lauantai</w:t>
      </w:r>
    </w:p>
    <w:p>
      <w:pPr>
        <w:pStyle w:val="Heading1"/>
      </w:pPr>
      <w:r>
        <w:t>21.8.2021 lauantai</w:t>
      </w:r>
    </w:p>
    <w:p>
      <w:pPr>
        <w:pStyle w:val="Heading2"/>
      </w:pPr>
      <w:r>
        <w:t>11:00-17:00 Ruokafestarit</w:t>
      </w:r>
    </w:p>
    <w:p>
      <w:r>
        <w:t>Tapahtumassa on mukana iso joukko lähituottajia ja myös käsityöyrittäjiä.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