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Rantalan talo, Mäntyharju</w:t>
      </w:r>
    </w:p>
    <w:p>
      <w:r>
        <w:t>13.8.2021 perjantai</w:t>
      </w:r>
    </w:p>
    <w:p>
      <w:pPr>
        <w:pStyle w:val="Heading1"/>
      </w:pPr>
      <w:r>
        <w:t>13.8.2021-15.8.2021</w:t>
      </w:r>
    </w:p>
    <w:p>
      <w:pPr>
        <w:pStyle w:val="Heading2"/>
      </w:pPr>
      <w:r>
        <w:t>03:00-03:00 Haitarikurssi</w:t>
      </w:r>
    </w:p>
    <w:p>
      <w:r>
        <w:t>Haitarikurssilla on yksilö- ja yhteisopetusta ja -musisointia, teoriaa ja käytäntöä, mahdollisuus harjoitella esiintymistä ja opettajan konsertti</w:t>
      </w:r>
    </w:p>
    <w:p>
      <w:r>
        <w:t>Kurssin hinta opiskelijalle määräytyy mahdollisesti saatavien avustusten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