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14.6.2021 maanantai</w:t>
      </w:r>
    </w:p>
    <w:p>
      <w:pPr>
        <w:pStyle w:val="Heading1"/>
      </w:pPr>
      <w:r>
        <w:t>14.6.2021-18.6.2021</w:t>
      </w:r>
    </w:p>
    <w:p>
      <w:pPr>
        <w:pStyle w:val="Heading2"/>
      </w:pPr>
      <w:r>
        <w:t>09:00-15:00 MäVin kesäleiri</w:t>
      </w:r>
    </w:p>
    <w:p>
      <w:r>
        <w:t>Sporttinen kesäleiri 14.-18.6.2021 1.-6. lk lapsille!</w:t>
      </w:r>
    </w:p>
    <w:p>
      <w:r>
        <w:t>Leiri hinnasto:</w:t>
        <w:br/>
        <w:br/>
        <w:t>1pv 27€</w:t>
        <w:br/>
        <w:br/>
        <w:t>2pv 45€</w:t>
        <w:br/>
        <w:br/>
        <w:t>3pv 60€</w:t>
        <w:br/>
        <w:br/>
        <w:t>4pv 76€</w:t>
        <w:br/>
        <w:br/>
        <w:t>5pv 90€</w:t>
        <w:br/>
        <w:br/>
        <w:t xml:space="preserve">6pv extrapäivä 0€ </w:t>
        <w:br/>
        <w:br/>
        <w:t>(Huom. extrapäivä edellyttää osallistumisen myös perjantaille.)</w:t>
        <w:br/>
        <w:br/>
        <w:t>sisaralennus -15€</w:t>
        <w:br/>
        <w:br/>
        <w:t>Leirin hinta sisältää ennalta suunnitellun ohjelman, lounaan ja välipalan.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