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Entinen Askeleen kenkätehdas, 4 krs. Pyhävedentie 20, Mäntyharju</w:t>
      </w:r>
    </w:p>
    <w:p>
      <w:r>
        <w:t>7.6.2021 maanantai</w:t>
      </w:r>
    </w:p>
    <w:p>
      <w:pPr>
        <w:pStyle w:val="Heading1"/>
      </w:pPr>
      <w:r>
        <w:t>7.6.2021-11.6.2021</w:t>
      </w:r>
    </w:p>
    <w:p>
      <w:pPr>
        <w:pStyle w:val="Heading2"/>
      </w:pPr>
      <w:r>
        <w:t>09:00-14:00 4H-pajapäivät, lasten päiväleiri</w:t>
      </w:r>
    </w:p>
    <w:p>
      <w:r>
        <w:t>Kesäloman pajapäivät koululaisten ekalla kesälomaviikolla (vk 23) 7.-11.6.2021.</w:t>
      </w:r>
    </w:p>
    <w:p>
      <w:r>
        <w:t xml:space="preserve">Hinta 5€/pv/lapsi, sis. ohjatun toiminnan, materiaalit, lounas ja välipala. Laskutetaan.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