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Linkkumylly, Mouhuntie 647, 52700 Mäntyharju</w:t>
      </w:r>
    </w:p>
    <w:p>
      <w:r>
        <w:t>29.5.2021 lauantai</w:t>
      </w:r>
    </w:p>
    <w:p>
      <w:pPr>
        <w:pStyle w:val="Heading1"/>
      </w:pPr>
      <w:r>
        <w:t>29.5.2021 lauantai</w:t>
      </w:r>
    </w:p>
    <w:p>
      <w:pPr>
        <w:pStyle w:val="Heading2"/>
      </w:pPr>
      <w:r>
        <w:t>08:00-09:00 Kesäjoogaa lauantaisin Linkkumyllyssä</w:t>
      </w:r>
    </w:p>
    <w:p>
      <w:r>
        <w:t>Virkistävä aamujooga (klo. 8-9)</w:t>
      </w:r>
    </w:p>
    <w:p>
      <w:r>
        <w:t>12€ hlö/joogakerta</w:t>
        <w:br/>
        <w:t>12€ hlö/aamianen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