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Linkkumylly, Mouhuntie 647, 52700 Mäntyharju</w:t>
      </w:r>
    </w:p>
    <w:p>
      <w:r>
        <w:t>2.7.2021 perjantai</w:t>
      </w:r>
    </w:p>
    <w:p>
      <w:pPr>
        <w:pStyle w:val="Heading1"/>
      </w:pPr>
      <w:r>
        <w:t>2.7.2021-3.7.2021</w:t>
      </w:r>
    </w:p>
    <w:p>
      <w:pPr>
        <w:pStyle w:val="Heading2"/>
      </w:pPr>
      <w:r>
        <w:t>Melonnan peruskurssi 1 Linkkumyllyssä</w:t>
      </w:r>
    </w:p>
    <w:p>
      <w:r>
        <w:t>3.-4.7.2021 ja 14.-15.8.2021</w:t>
        <w:br/>
        <w:br/>
        <w:t>MELONNAN PERUSKURSSI 1 : 3.-4.7.2021</w:t>
        <w:br/>
        <w:br/>
        <w:t>MELONNAN PERUSKURSSI 2: 14.-15.8.2021</w:t>
        <w:br/>
        <w:br/>
      </w:r>
    </w:p>
    <w:p>
      <w:r>
        <w:t>180€ hlö: Tapahtuman kuvauksesta löydät tarkemmin kurssin hintaan kuuluvat sisällöt.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