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11.9.2021 lauantai</w:t>
      </w:r>
    </w:p>
    <w:p>
      <w:pPr>
        <w:pStyle w:val="Heading1"/>
      </w:pPr>
      <w:r>
        <w:t>11.9.2021 lauantai</w:t>
      </w:r>
    </w:p>
    <w:p>
      <w:pPr>
        <w:pStyle w:val="Heading2"/>
      </w:pPr>
      <w:r>
        <w:t>08:00-22:00 MRM polkujuoksu</w:t>
      </w:r>
    </w:p>
    <w:p>
      <w:r>
        <w:t>Polkujuoksutapahtuma Mäntyharju-Repovesireitillä.</w:t>
      </w:r>
    </w:p>
    <w:p>
      <w:r>
        <w:t>14km/30eur, 45km/50eur ja 77km/70eur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