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Kuvataideluokka (lukio-kansalaisopisto), Kompantie 22</w:t>
      </w:r>
    </w:p>
    <w:p>
      <w:r>
        <w:t>21.6.2021 maanantai</w:t>
      </w:r>
    </w:p>
    <w:p>
      <w:pPr>
        <w:pStyle w:val="Heading1"/>
      </w:pPr>
      <w:r>
        <w:t>21.6.2021 maanantai</w:t>
      </w:r>
    </w:p>
    <w:p>
      <w:pPr>
        <w:pStyle w:val="Heading2"/>
      </w:pPr>
      <w:r>
        <w:t>16:00-19:15 Keskikesän hempeä kimppu ja kukkaseppele -lyhytkurssi (1 krt)</w:t>
      </w:r>
    </w:p>
    <w:p>
      <w:r>
        <w:t>Kurssilla sidotaan kesäinen kimppu</w:t>
      </w:r>
    </w:p>
    <w:p>
      <w:r>
        <w:t>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