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Kuvataideluokka (lukio-kansalaisopisto), Kompantie 22</w:t>
      </w:r>
    </w:p>
    <w:p>
      <w:r>
        <w:t>22.6.2021 tiistai</w:t>
      </w:r>
    </w:p>
    <w:p>
      <w:pPr>
        <w:pStyle w:val="Heading1"/>
      </w:pPr>
      <w:r>
        <w:t>22.6.2021-24.6.2021</w:t>
      </w:r>
    </w:p>
    <w:p>
      <w:pPr>
        <w:pStyle w:val="Heading2"/>
      </w:pPr>
      <w:r>
        <w:t>09:00-14:00 Kesän akvarellikurssi (3 krt)</w:t>
      </w:r>
    </w:p>
    <w:p>
      <w:r>
        <w:t>Akvarellimaalauksen perusteet ja oman luovan ilmaisun syventämistä.</w:t>
      </w:r>
    </w:p>
    <w:p>
      <w:r>
        <w:t>38 €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