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Lukion biologian luokka lk 187 (1.krs.). Kompantie 22.</w:t>
      </w:r>
    </w:p>
    <w:p>
      <w:r>
        <w:t>10.6.2021 torstai</w:t>
      </w:r>
    </w:p>
    <w:p>
      <w:pPr>
        <w:pStyle w:val="Heading1"/>
      </w:pPr>
      <w:r>
        <w:t>10.6.2021-17.6.2021</w:t>
      </w:r>
    </w:p>
    <w:p>
      <w:pPr>
        <w:pStyle w:val="Heading2"/>
      </w:pPr>
      <w:r>
        <w:t>14:00-17:00 Oletko oman elämäsi toimitusjohtaja? -lyhytkurssi (3 krt)</w:t>
      </w:r>
    </w:p>
    <w:p>
      <w:r>
        <w:t>Mietitkö, elätkö oman näköistä elämää, vieläkö virtaa riittää tai miksi kaikki tuntuu niin laimealta?</w:t>
        <w:br/>
        <w:br/>
      </w:r>
    </w:p>
    <w:p>
      <w:r>
        <w:t>25 €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