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7.6.2021 maanantai</w:t>
      </w:r>
    </w:p>
    <w:p>
      <w:pPr>
        <w:pStyle w:val="Heading1"/>
      </w:pPr>
      <w:r>
        <w:t>7.6.2021-9.6.2021</w:t>
      </w:r>
    </w:p>
    <w:p>
      <w:pPr>
        <w:pStyle w:val="Heading2"/>
      </w:pPr>
      <w:r>
        <w:t>18:00-20:00 Helmat hulmuamaan kesälavoille! -lavatanssin lyhytkurssi (2 iltaa)</w:t>
      </w:r>
    </w:p>
    <w:p>
      <w:r>
        <w:t>Erikoiskurssi!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