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Lukion biologian luokka lk 187 (1.krs.). Kompantie 22.</w:t>
      </w:r>
    </w:p>
    <w:p>
      <w:r>
        <w:t>11.6.2021 perjantai</w:t>
      </w:r>
    </w:p>
    <w:p>
      <w:pPr>
        <w:pStyle w:val="Heading1"/>
      </w:pPr>
      <w:r>
        <w:t>11.6.2021-13.6.2021</w:t>
      </w:r>
    </w:p>
    <w:p>
      <w:pPr>
        <w:pStyle w:val="Heading2"/>
      </w:pPr>
      <w:r>
        <w:t>17:00-20:00 Improvisoi kesäkuussa! (3 iltaa)</w:t>
      </w:r>
    </w:p>
    <w:p>
      <w:r>
        <w:t>Kurssilla tutustutaan improvisaatioon ja improvisaatioteatteriin</w:t>
      </w:r>
    </w:p>
    <w:p>
      <w:r>
        <w:t>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