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rantapuisto, Koulutie</w:t>
      </w:r>
    </w:p>
    <w:p>
      <w:r>
        <w:t>1.6.2021 tiistai</w:t>
      </w:r>
    </w:p>
    <w:p>
      <w:pPr>
        <w:pStyle w:val="Heading1"/>
      </w:pPr>
      <w:r>
        <w:t>1.6.2021 tiistai</w:t>
      </w:r>
    </w:p>
    <w:p>
      <w:pPr>
        <w:pStyle w:val="Heading2"/>
      </w:pPr>
      <w:r>
        <w:t>18:00-19:00 Kesäjumppa</w:t>
      </w:r>
    </w:p>
    <w:p>
      <w:r>
        <w:t>Kesäjumppa</w:t>
        <w:br/>
        <w:br/>
        <w:br/>
        <w:br/>
        <w:t>1.6.-27.7. tiistaisin klo 18-19  Mäntyharjun rantapuistossa</w:t>
      </w:r>
    </w:p>
    <w:p>
      <w:r>
        <w:t xml:space="preserve">Kertamaksu </w:t>
        <w:br/>
        <w:br/>
        <w:t>Aikuiset: 6 €/9 €  (jäsen/muut)</w:t>
        <w:br/>
        <w:t>Nuori (13-18 v.): 4 €/7 €  (jäsen/muut)</w:t>
        <w:br/>
        <w:br/>
        <w:t xml:space="preserve">10-kortti </w:t>
        <w:br/>
        <w:br/>
        <w:t>Aikuinen: 49 €</w:t>
        <w:br/>
        <w:t>Eläkeläinen: 45 €</w:t>
        <w:br/>
        <w:t>Nuori (13-18 v.): 35 €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