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11.10.2021 maanantai</w:t>
      </w:r>
    </w:p>
    <w:p>
      <w:pPr>
        <w:pStyle w:val="Heading1"/>
      </w:pPr>
      <w:r>
        <w:t>11.10.2021 maanantai</w:t>
      </w:r>
    </w:p>
    <w:p>
      <w:pPr>
        <w:pStyle w:val="Heading2"/>
      </w:pPr>
      <w:r>
        <w:t>14:00-15:30 Seniorimusikaali Elän hetkessä</w:t>
      </w:r>
    </w:p>
    <w:p>
      <w:r>
        <w:t>Seniorimusikaali</w:t>
      </w:r>
    </w:p>
    <w:p>
      <w:r>
        <w:t>15 euroa. Ennakkoon www.nettilippu.fi (hakusana Mäntyharjun elokuvateatteri)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