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26.9.2021 sunnuntai</w:t>
      </w:r>
    </w:p>
    <w:p>
      <w:pPr>
        <w:pStyle w:val="Heading1"/>
      </w:pPr>
      <w:r>
        <w:t>26.9.2021 sunnuntai</w:t>
      </w:r>
    </w:p>
    <w:p>
      <w:pPr>
        <w:pStyle w:val="Heading2"/>
      </w:pPr>
      <w:r>
        <w:t>10:00-14:00 Koirakiven kierros</w:t>
      </w:r>
    </w:p>
    <w:p>
      <w:r>
        <w:t>Koirakiven kierros on perinteikäs juoksutapahtuma</w:t>
      </w:r>
    </w:p>
    <w:p>
      <w:r>
        <w:t>Kilpasarja  15e</w:t>
        <w:br/>
        <w:t>T/P         10e</w:t>
        <w:br/>
        <w:t>Kuntosarja 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