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8.7.2021 torstai</w:t>
      </w:r>
    </w:p>
    <w:p>
      <w:pPr>
        <w:pStyle w:val="Heading1"/>
      </w:pPr>
      <w:r>
        <w:t>8.7.2021 torstai</w:t>
      </w:r>
    </w:p>
    <w:p>
      <w:pPr>
        <w:pStyle w:val="Heading2"/>
      </w:pPr>
      <w:r>
        <w:t>18:00-20:00 Autiotalo Koirakiven kesäteatteri</w:t>
      </w:r>
    </w:p>
    <w:p>
      <w:r>
        <w:t>Musiikkinäytelmä, jossa soi Dingoa, Popedaa ja Yötä.</w:t>
      </w:r>
    </w:p>
    <w:p>
      <w:r>
        <w:t>Liput netistä: Aikuiset 23€ / lapset 14€ (5-12v.)</w:t>
        <w:br/>
        <w:t>Liput portilta: Aikuiset 26€ / lapset 14€ (5-12v.)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