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Linkkumylly, Mouhuntie 647, 52700 Mäntyharju</w:t>
      </w:r>
    </w:p>
    <w:p>
      <w:r>
        <w:t>19.6.2021 lauantai</w:t>
      </w:r>
    </w:p>
    <w:p>
      <w:pPr>
        <w:pStyle w:val="Heading1"/>
      </w:pPr>
      <w:r>
        <w:t>19.6.2021-26.6.2021</w:t>
      </w:r>
    </w:p>
    <w:p>
      <w:pPr>
        <w:pStyle w:val="Heading2"/>
      </w:pPr>
      <w:r>
        <w:t>12:00-16:00 Linkkumyllyn kesäkahvila avoinna</w:t>
      </w:r>
    </w:p>
    <w:p>
      <w:r>
        <w:t>Linkkumyllyn kesäkahvila</w:t>
      </w:r>
    </w:p>
    <w:p>
      <w:r>
        <w:t>Jooga 12€</w:t>
        <w:br/>
        <w:t>Aamiainen12€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