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Mäntyareena</w:t>
      </w:r>
    </w:p>
    <w:p>
      <w:r>
        <w:t>15.7.2021 torstai</w:t>
      </w:r>
    </w:p>
    <w:p>
      <w:pPr>
        <w:pStyle w:val="Heading1"/>
      </w:pPr>
      <w:r>
        <w:t>15.7.2021 torstai</w:t>
      </w:r>
    </w:p>
    <w:p>
      <w:pPr>
        <w:pStyle w:val="Heading2"/>
      </w:pPr>
      <w:r>
        <w:t>16:30-17:30 Kuntopilates</w:t>
      </w:r>
    </w:p>
    <w:p>
      <w:r>
        <w:t>Kuntopilates</w:t>
      </w:r>
    </w:p>
    <w:p>
      <w:r>
        <w:t>Kertamaksu: aikuiset 6 €/9 € (jäsen/muut) 10-kortti: aikuinen 49 € / eläkeläinen 45 € Pilates-kortti 5x (voimassa heinäkuun 2021): aikuinen 25 €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