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Taidekeskus Salmela</w:t>
      </w:r>
    </w:p>
    <w:p>
      <w:r>
        <w:t>1.7.2021 torstai</w:t>
      </w:r>
    </w:p>
    <w:p>
      <w:pPr>
        <w:pStyle w:val="Heading1"/>
      </w:pPr>
      <w:r>
        <w:t>1.7.2021 torstai</w:t>
      </w:r>
    </w:p>
    <w:p>
      <w:pPr>
        <w:pStyle w:val="Heading2"/>
      </w:pPr>
      <w:r>
        <w:t>18:00-19:30 Arto Pajun sävellyskonsertti, 50-henkinen orkesteri solisteinaan Ville Rusanen, Mikael Konttinen ja Hanna Hoikkala</w:t>
      </w:r>
    </w:p>
    <w:p>
      <w:r>
        <w:t>Heinäkuun avaa Salmelan kaikkien aikojen suurin sinfoniakonsertti</w:t>
      </w:r>
    </w:p>
    <w:p>
      <w:r>
        <w:t>A-katsomo 50 €</w:t>
        <w:br/>
        <w:t>B-katsomo 40 €</w:t>
        <w:br/>
        <w:t>Väliaikatarjoilu 12 €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