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18:00-20:00 Mamba - Vielä on kesää jäljellä</w:t>
      </w:r>
    </w:p>
    <w:p>
      <w:r>
        <w:t>Mamba</w:t>
      </w:r>
    </w:p>
    <w:p>
      <w:r>
        <w:t>A-katsomo 50 €</w:t>
        <w:br/>
        <w:t>B-katsomo 40 €</w:t>
        <w:br/>
        <w:t>Väliaikatarjoilu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