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Taidekeskus Salmela</w:t>
      </w:r>
    </w:p>
    <w:p>
      <w:r>
        <w:t>22.6.2021 tiistai</w:t>
      </w:r>
    </w:p>
    <w:p>
      <w:pPr>
        <w:pStyle w:val="Heading1"/>
      </w:pPr>
      <w:r>
        <w:t>22.6.2021 tiistai</w:t>
      </w:r>
    </w:p>
    <w:p>
      <w:pPr>
        <w:pStyle w:val="Heading2"/>
      </w:pPr>
      <w:r>
        <w:t>19:00-21:00 J. Karjalainen Salmelassa</w:t>
      </w:r>
    </w:p>
    <w:p>
      <w:r>
        <w:t>J. Karjalainen</w:t>
        <w:br/>
        <w:br/>
        <w:br/>
        <w:br/>
        <w:t xml:space="preserve"> </w:t>
      </w:r>
    </w:p>
    <w:p>
      <w:r>
        <w:t>A-katsomo 75 €</w:t>
        <w:br/>
        <w:t>B-katsomo 50 €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