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Taidekeskus Salmela</w:t>
      </w:r>
    </w:p>
    <w:p>
      <w:r>
        <w:t>7.7.2021 keskiviikko</w:t>
      </w:r>
    </w:p>
    <w:p>
      <w:pPr>
        <w:pStyle w:val="Heading1"/>
      </w:pPr>
      <w:r>
        <w:t>7.7.2021 keskiviikko</w:t>
      </w:r>
    </w:p>
    <w:p>
      <w:pPr>
        <w:pStyle w:val="Heading2"/>
      </w:pPr>
      <w:r>
        <w:t>18:00-19:30 Pepe Willberg, Lumos-jouset ja 8-henkinen orkesteri</w:t>
      </w:r>
    </w:p>
    <w:p>
      <w:r>
        <w:t>Pepe Willberg</w:t>
      </w:r>
    </w:p>
    <w:p>
      <w:r>
        <w:t>A- katsomo 65€</w:t>
        <w:br/>
        <w:t>B- katsomo 50 €</w:t>
        <w:br/>
        <w:t>Väliaikatarjoilu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