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24.7.2021 lauantai</w:t>
      </w:r>
    </w:p>
    <w:p>
      <w:pPr>
        <w:pStyle w:val="Heading1"/>
      </w:pPr>
      <w:r>
        <w:t>24.7.2021-25.7.2021</w:t>
      </w:r>
    </w:p>
    <w:p>
      <w:pPr>
        <w:pStyle w:val="Heading2"/>
      </w:pPr>
      <w:r>
        <w:t>15:00-15:00 Waltteri Torikka ja Maria Ylipää: Kauneimpia elokuva- ja musikaalisävelmiä</w:t>
      </w:r>
    </w:p>
    <w:p>
      <w:r>
        <w:t>Konsertit</w:t>
      </w:r>
    </w:p>
    <w:p>
      <w:r>
        <w:t>A-katsomo 80 €</w:t>
        <w:br/>
        <w:t>B-katsomo 65 €</w:t>
        <w:br/>
        <w:t>Väliaikatarjoilu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