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Mäntyareena</w:t>
      </w:r>
    </w:p>
    <w:p>
      <w:r>
        <w:t>29.7.2021 torstai</w:t>
      </w:r>
    </w:p>
    <w:p>
      <w:pPr>
        <w:pStyle w:val="Heading1"/>
      </w:pPr>
      <w:r>
        <w:t>29.7.2021 torstai</w:t>
      </w:r>
    </w:p>
    <w:p>
      <w:pPr>
        <w:pStyle w:val="Heading2"/>
      </w:pPr>
      <w:r>
        <w:t>16:30-17:30 kuntopilates</w:t>
      </w:r>
    </w:p>
    <w:p>
      <w:r>
        <w:t>Kuntopilates</w:t>
      </w:r>
    </w:p>
    <w:p>
      <w:r>
        <w:t>Hintatiedot: Kertamaksu: aikuiset 6 €/9 € (jäsen/muut) 10-kortti jäsenille: aikuinen 49 € / eläkeläinen 45 € Pilates-kortti 5x jäsenille (voimassa heinäkuun 2021): aikuinen 25 €. Huom! voit liittyä halutessasi mukaan MäVin jäseneksi ja saat käyttöösi myös muita etuja. Liittyminen onnistuu täältä https://virkistys.sporttisaitti.com/mavi/jasenyys/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