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22.7.2021 torstai</w:t>
      </w:r>
    </w:p>
    <w:p>
      <w:pPr>
        <w:pStyle w:val="Heading1"/>
      </w:pPr>
      <w:r>
        <w:t>22.7.2021 torstai</w:t>
      </w:r>
    </w:p>
    <w:p>
      <w:pPr>
        <w:pStyle w:val="Heading2"/>
      </w:pPr>
      <w:r>
        <w:t>15:15-16:00 Lempeä pilates</w:t>
      </w:r>
    </w:p>
    <w:p>
      <w:r>
        <w:t>Lempeä pilates -tunti</w:t>
      </w:r>
    </w:p>
    <w:p>
      <w:r>
        <w:t xml:space="preserve"> Kertamaksun hinta MäVin jäsenille on 6 euroa ja ei-jäsenille 9 euroa. Pilatekseen voi jäsenet ostaa 5xsarjalipun hintaan 25euroa tai normaalin 10-kortin jonka hinta aikuisille on 49 euroa ja eläkeläisille 45 euroa. Voit liittyä seuran jäseneksi ja saada käyttöösi myös muut jäsenedut https://virkistys.sporttisaitti.com/mavi/jasenyys/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