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Taidekeskus Salmela</w:t>
      </w:r>
    </w:p>
    <w:p>
      <w:r>
        <w:t>31.7.2021 lauantai</w:t>
      </w:r>
    </w:p>
    <w:p>
      <w:pPr>
        <w:pStyle w:val="Heading1"/>
      </w:pPr>
      <w:r>
        <w:t>31.7.2021 lauantai</w:t>
      </w:r>
    </w:p>
    <w:p>
      <w:pPr>
        <w:pStyle w:val="Heading2"/>
      </w:pPr>
      <w:r>
        <w:t>14:00-16:00 Kaikki laulaa Salmelassa -yhteislaulutilaisuus</w:t>
      </w:r>
    </w:p>
    <w:p>
      <w:r>
        <w:t>Hyvänmielen yhteislaulutapahtuma</w:t>
      </w:r>
    </w:p>
    <w:p>
      <w:r>
        <w:t>Lippu 35 €</w:t>
        <w:br/>
        <w:t>Väliaikatarjoilu 12 €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