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22.8.2021 sunnuntai</w:t>
      </w:r>
    </w:p>
    <w:p>
      <w:pPr>
        <w:pStyle w:val="Heading1"/>
      </w:pPr>
      <w:r>
        <w:t>22.8.2021 sunnuntai</w:t>
      </w:r>
    </w:p>
    <w:p>
      <w:pPr>
        <w:pStyle w:val="Heading2"/>
      </w:pPr>
      <w:r>
        <w:t>10:00-13:00 Maltti ja Valtti live-esitys</w:t>
      </w:r>
    </w:p>
    <w:p>
      <w:r>
        <w:t>Televisiosta tutut Maltti ja Valtti tulevat vierailulle Mäntyharjuun</w:t>
      </w:r>
    </w:p>
    <w:p>
      <w:r>
        <w:t>3 €/hlö, alle 1-vuotiaat sylissä maksutta. Liput ainoastaan ennakkoon Nettilipusta, ei ovimyyntiä.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