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Lankaniemen leirikeskus Syvälahdentie 12</w:t>
      </w:r>
    </w:p>
    <w:p>
      <w:r>
        <w:t>31.12.2021 perjantai</w:t>
      </w:r>
    </w:p>
    <w:p>
      <w:pPr>
        <w:pStyle w:val="Heading1"/>
      </w:pPr>
      <w:r>
        <w:t>31.12.2021 perjantai</w:t>
      </w:r>
    </w:p>
    <w:p>
      <w:pPr>
        <w:pStyle w:val="Heading2"/>
      </w:pPr>
      <w:r>
        <w:t>18:00-21:00 TEERNIEMEN TAIKA TRAIL 2021</w:t>
      </w:r>
    </w:p>
    <w:p>
      <w:r>
        <w:t>Koko perheen polkujuoksutapahtuma</w:t>
      </w:r>
    </w:p>
    <w:p>
      <w:r>
        <w:t>Osanottomaksut:</w:t>
        <w:br/>
        <w:t>✔ 25 eur (naisten/miesten sarja)</w:t>
        <w:br/>
        <w:t>✔ 20 eur (juoksijakortilla)</w:t>
        <w:br/>
        <w:t>✔ 0 eur (lapset ja alle 18-vuotiaat)</w:t>
        <w:br/>
        <w:br/>
        <w:t>Juoksijakortilla alennus: -5€ Alennuskoodi: juoksija</w:t>
        <w:br/>
        <w:br/>
        <w:t>Ilmoittautuminen:</w:t>
        <w:br/>
        <w:t xml:space="preserve">Juoksupäivään 31.12.2021 klo 17.00 mennessä!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