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9.11.2021 tiistai</w:t>
      </w:r>
    </w:p>
    <w:p>
      <w:pPr>
        <w:pStyle w:val="Heading1"/>
      </w:pPr>
      <w:r>
        <w:t>9.11.2021 tiistai</w:t>
      </w:r>
    </w:p>
    <w:p>
      <w:pPr>
        <w:pStyle w:val="Heading2"/>
      </w:pPr>
      <w:r>
        <w:t>18:00-19:00 Ojajärvi Blom Ojajärvi (kansanmusiikkiliiton kiertue)</w:t>
      </w:r>
    </w:p>
    <w:p>
      <w:r>
        <w:t>Ojajärvi Blom Ojajärvi -trio on ensimmäinen suomalaisen yläsävelhuilun eli pitkähuilun, beatboxauksen ja citternin ympärille rakentuva moderni trio.</w:t>
      </w:r>
    </w:p>
    <w:p>
      <w:r>
        <w:t>Liput 5 euroa, alle 18 vuotiaat maksutta. Lipunmyynti ovella ennen tilaisuuden alkua. Maksuvälineenä käy kortti, käteinen, Smartum tai ePassi.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