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5.12.2021 sunnuntai</w:t>
      </w:r>
    </w:p>
    <w:p>
      <w:pPr>
        <w:pStyle w:val="Heading1"/>
      </w:pPr>
      <w:r>
        <w:t>5.12.2021 sunnuntai</w:t>
      </w:r>
    </w:p>
    <w:p>
      <w:pPr>
        <w:pStyle w:val="Heading2"/>
      </w:pPr>
      <w:r>
        <w:t>13:00-14:00 Itsenäisyyspäivän etkot: ENKEL (kansanmusiikkiliiton kiertue)</w:t>
      </w:r>
    </w:p>
    <w:p>
      <w:r>
        <w:t>Tervetuloa viettämään itsenäisyyspäivän etkoja suomalaisen kansanmusiikin parissa. ENKEL on perinnettä kunnioittava ja muita kumartelematon pelimannityttöbändi.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