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Leijonakota, Teletie, Mäntyharju</w:t>
      </w:r>
    </w:p>
    <w:p>
      <w:r>
        <w:t>4.10.2021 maanantai</w:t>
      </w:r>
    </w:p>
    <w:p>
      <w:pPr>
        <w:pStyle w:val="Heading1"/>
      </w:pPr>
      <w:r>
        <w:t>4.10.2021 maanantai</w:t>
      </w:r>
    </w:p>
    <w:p>
      <w:pPr>
        <w:pStyle w:val="Heading2"/>
      </w:pPr>
      <w:r>
        <w:t>09:00-12:00 Hyvinvointia ja terveyttä lähiliikunnasta</w:t>
      </w:r>
    </w:p>
    <w:p>
      <w:r>
        <w:t>Mäntyharjun Reissupolku ry tarjoaa nokipannukahvit Leijonakodalla (Teletie, Mäntyharju).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