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Elokuvateatteri Kino</w:t>
      </w:r>
    </w:p>
    <w:p>
      <w:r>
        <w:t>4.10.2021 maanantai</w:t>
      </w:r>
    </w:p>
    <w:p>
      <w:pPr>
        <w:pStyle w:val="Heading1"/>
      </w:pPr>
      <w:r>
        <w:t>4.10.2021 maanantai</w:t>
      </w:r>
    </w:p>
    <w:p>
      <w:pPr>
        <w:pStyle w:val="Heading2"/>
      </w:pPr>
      <w:r>
        <w:t>13:00-15:00 Vanhustenviikon elokuva: Isä</w:t>
      </w:r>
    </w:p>
    <w:p>
      <w:r>
        <w:t>Vanhustenviikon elokuva Isä Elokuvateatteri Kinossa (Kompantie 22, Mäntyharju). Vapaa pääsy.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