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Tyllilä-Hovi, Tylliläntie 52, Mäntyharju</w:t>
      </w:r>
    </w:p>
    <w:p>
      <w:r>
        <w:t>21.10.2021 torstai</w:t>
      </w:r>
    </w:p>
    <w:p>
      <w:pPr>
        <w:pStyle w:val="Heading1"/>
      </w:pPr>
      <w:r>
        <w:t>21.10.2021 torstai</w:t>
      </w:r>
    </w:p>
    <w:p>
      <w:pPr>
        <w:pStyle w:val="Heading2"/>
      </w:pPr>
      <w:r>
        <w:t>12:00-14:00 Syödään yhdessä -tilaisuus ja Menumat-esittely</w:t>
      </w:r>
    </w:p>
    <w:p>
      <w:r>
        <w:t>Syödään yhdessä -tilaisuus Mynttilän Tyllilä-Hovissa.</w:t>
      </w:r>
    </w:p>
    <w:p>
      <w:r>
        <w:t>Ruokailu on omakustanteinen (10 euroa/hlö, maksu käteisellä)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